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المكيال والميزان-كتاب البيوع-سنن الترمذي — رقم الحديث: 1217 — الرقم الفرعي: 99 — الرقم الأصلي: 1217</w:t>
        <w:br/>
      </w:r>
      <w:r>
        <w:rPr>
          <w:rtl w:val="1"/>
        </w:rPr>
        <w:t xml:space="preserve"> حدثنا سعيد بن يعقوب الطالقانيّ حدثنا خالد بن عبد الله الواسطيّ عن حسين بن قيس عن عِكرمة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رسولُ الله ﷺ لأَصحاب الكَيلِ والمِيزان: «إنكُم وُلِّيتُم أَمرَينِ هلَكَتْ فيه الأُممُ السَّالفةُ قَبلَكُم».  </w:t>
      </w:r>
      <w:r>
        <w:rPr>
          <w:color w:val="000000"/>
          <w:rtl w:val="1"/>
        </w:rPr>
        <w:t xml:space="preserve">هذا حديثٌ لا نَعرفُه مَرفوعًا إلّا مِن حديث حُسَين بن قَيس، وحُسينُ بنُ قَيس يُضعَّفُ في الحديث.  </w:t>
      </w:r>
      <w:r>
        <w:rPr>
          <w:color w:val="000000"/>
          <w:rtl w:val="1"/>
        </w:rPr>
        <w:t xml:space="preserve">وقد رُوي هذا بإسنادٍ صحيحٍ عن ابن عباسٍ، موقوفًا.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السنن الالهية في المجتمعات - المجتمع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الحرص على الطيبات والرزق الحلال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غياب العدل وظهور الظلم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