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21777 — الرقم الفرعي: 99 — الرقم الأصلي: 21777 — ج: 5 — ص: 204</w:t>
        <w:br/>
      </w:r>
      <w:r>
        <w:rPr>
          <w:rtl w:val="1"/>
        </w:rPr>
        <w:t xml:space="preserve"> حدثنا أحمد بن عبد الملك ثنا محمد بن سلمة عن محمد بن إسحاق عن يزيد بن عبد الله بن قسيط عن محمد بن أسامة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اجتمع جعفرٌ وعليٌّ وزيدُ بن حارِثةَ، فقال جعفرٌ: أنا أَحَبُّكم إلى رسول الله ﷺ ، وقال عليٌّ: أنا أحبُّكم إلى رسول الله ﷺ ، وقال زيد: أنا أَحَبُّكم إلى رسول الله ﷺ ،  </w:t>
      </w:r>
      <w:r>
        <w:rPr>
          <w:color w:val="000000"/>
          <w:rtl w:val="1"/>
        </w:rPr>
        <w:t xml:space="preserve">فقالوا: انطلِقُوا بنا إلى رسول الله ﷺ حتى نسألَه،  </w:t>
      </w:r>
      <w:r>
        <w:rPr>
          <w:color w:val="000000"/>
          <w:rtl w:val="1"/>
        </w:rPr>
        <w:t xml:space="preserve">فقال أُسامةُ بنُ زيد: فجاؤوا يَستَأذِنُونَه، فقال: «اخرج فانظُرْ مَن هؤلاء» فقلت: هذا جعفرٌ وعليٌّ وزَيدٌ - ما أقول: أبي - قال: «ائذن لهم» ودخلوا،  </w:t>
      </w:r>
      <w:r>
        <w:rPr>
          <w:color w:val="000000"/>
          <w:rtl w:val="1"/>
        </w:rPr>
        <w:t xml:space="preserve">فقالوا: مَن أحبُّ إليك؟ قال: «فاطمة»  </w:t>
      </w:r>
      <w:r>
        <w:rPr>
          <w:color w:val="000000"/>
          <w:rtl w:val="1"/>
        </w:rPr>
        <w:t xml:space="preserve">قالوا: نسألُك عن الرجال؟  </w:t>
      </w:r>
      <w:r>
        <w:rPr>
          <w:color w:val="FF0000"/>
          <w:rtl w:val="1"/>
        </w:rPr>
        <w:t xml:space="preserve">قال: «أمَّا أنت يا جعفرُ، فأَشْبَهَ خُلُقُكَ خُلُقِي، وأشبه خَلْقِي خَلْقَكَ، وأنتَ مِنِّي وشَجَرَتي،  </w:t>
      </w:r>
      <w:r>
        <w:rPr>
          <w:color w:val="FF0000"/>
          <w:rtl w:val="1"/>
        </w:rPr>
        <w:t xml:space="preserve">وأما أنت يا عليّ، فَخَتَنِي وأَبو وَلَدَيَّ، وأَنا مِنكَ وأَنتَ مِنِّي،  </w:t>
      </w:r>
      <w:r>
        <w:rPr>
          <w:color w:val="FF0000"/>
          <w:rtl w:val="1"/>
        </w:rPr>
        <w:t xml:space="preserve">وأَمَّا أنت يا زيدُ، فمَولايَ ومِنِّي وإليَّ، وأَحبُّ القومِ إليَّ».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لآل بيته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مكانة خديجة وعلي وجعفر وحمزة عند النبي ﷺ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