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الدعاء على المشركين بالهزيمة والزلزلة-كتاب الجهاد والسير-صحيح البخاري — رقم الحديث: 2933 — الرقم الفرعي: 99 — الرقم الأصلي: 2933</w:t>
        <w:br/>
      </w:r>
      <w:r>
        <w:rPr>
          <w:rtl w:val="1"/>
        </w:rPr>
        <w:t xml:space="preserve"> حدثنا أحمد بن محمد أخبرنا عبد الله أخبرنا إسماعيل بن أبي خالد أنه سمع عبد الله بن أبي أوفى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دَعَا رسولُ الله ﷺ يومَ الأحزابِ على المشركينَ، فقال: «اللهمَّ مُنزِلَ الكتابِ، سَرِيعَ الحِسابِ، اللهمَّ اهْزِمِ الأحزابَ، اللهمَّ اهْزِمْهم وزَلْزِلْهم». 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دعاء النبي صلى الله عليه وسلم على الأحزاب - غزوة الخندق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الصفات الوظيفية والفنية(المهارات والخبرات )</w:t>
      </w:r>
    </w:p>
    <w:p>
      <w:pPr>
        <w:bidi w:val="1"/>
        <w:jc w:val="start"/>
      </w:pPr>
      <w:r>
        <w:rPr>
          <w:rtl w:val="1"/>
        </w:rPr>
        <w:t>الشرح: الدلالة: ترسيخ عقيدة الاستعانة بالله تعالى والإيمان بأن الضر والنفع بيده سبحانه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